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השלמת חסר -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מילים חסרות בסיפור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רצף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בועטת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בועטת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בתחילת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בסוף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(מִשְׂחָק עִם כַּדּוּר וְרַגְלַיִים)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(מַרְגִּישׁ טוֹב)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(חֵלֶק בַּגּוּף שֶׁלָּנוּ)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אירועי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נוֹגָה אוֹהֶבֶת כַּדּוּרֶגֶל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הִיא בּוֹעֶטֶת בַּכַּדּוּר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גּוֹל! אֵיתָן שָׂמֵחַ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תשובה הגיונית הכתובה במשפט שלם ומובן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זה נקרא 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הסיפור בקול רם יחד עם התלמידים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לכתוב את מילות הבנק על הלוח עם ניקוד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עבודה בזוגות בחלק ההתאמה וההשלמה יכולה לעזור לתלמידים 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השלמת חסר -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נקרא סיפור קצר על נוגה ואיתן ששמים אוהבים כדורגל. נשלים את המילים החסרות ונבדוק אם הבנו את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גול  ·  כדורגל  ·  בועטת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נוֹגָה אוֹהֶבֶת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הִיא __________ בַּכַּדּוּר.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__________! כֻּלָּם שְׂמֵחִים.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נוגה אוהבת?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נוגה עושה עם הכדור?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בועטת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קוראת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לאן נכנס הכדור?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לגינה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נוגה אוהבת כדורגל.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בסוף הסיפור כולם לוחצים 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למשמעות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כַּדּוּרֶגֶל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חֵלֶק בַּגּוּף שֶׁלָּנוּ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שָׂמֵחַ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מִשְׂחָק עִם כַּדּוּר וְרַגְלַיִים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יָד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מַרְגִּישׁ טוֹב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אירועי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הִיא בּוֹעֶטֶת בַּכַּדּוּר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גּוֹל! אֵיתָן שָׂמֵחַ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נוֹגָה אוֹהֶבֶת כַּדּוּרֶגֶל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קצר: מה אתם אוהבים לעשות כשאתם משחקים כדורגל?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נוגה אוהבת לעשות?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כשהכדור נכנס לשער?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השלמת חסר - 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