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-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מילים חסרות בסיפור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בועטת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בועטת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גול זה בדיוק כשהכדור נכנס לשער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איתן שמח ולא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(מִשְׂחָק עִם כַּדּוּר וְרַגְלַיִים)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(הַמָּקוֹם שֶׁאֵלָיו מַכְנִיסִים אֶת הַכַּדּוּר)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(מַרְגִּישׁ טוֹב)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(כְּשֶׁהַכַּדּוּר נִכְנָס לַשַּׁעַר)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(חֵלֶק בַּגּוּף שֶׁלָּנוּ)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נוֹגָה אוֹהֶבֶת כַּדּוּרֶגֶל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הִיא בּוֹעֶטֶת בַּכַּדּוּר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הַכַּדּוּר נִכְנָס לַשַּׁעַר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גּוֹל! אֵיתָן שָׂמֵחַ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כֻּלָּם לוֹחֲצִים יָד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הכתובה במשפט שלם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נקרא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רם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לכתוב את מילות הבנק על הלוח עם ניקוד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עבודה בזוגות בחלק ההתאמה וההשלמה יכולה לעזור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חסר -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סיפור קצר על נוגה ואיתן ששמים אוהבים כדורגל. נשלים את המילים החסרות ונבדוק אם הבנו את 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נוֹגָה אוֹהֶבֶת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הִיא __________ בַּכַּדּוּר.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הַכַּדּוּר נִכְנַס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__________! כֻּלָּם שְׂמֵחִים.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אֵיתָן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בַּסּוֹף כֻּלָּם לוֹחֲצִים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נוגה אוהבת?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נוגה עושה עם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בועטת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נכנס הכדור?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איתן מרגיש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המילה ההפוכה למילה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אוהבת 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כשהכדור נכנס לשער זה לא נקרא 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עצוב כי הכדור נכנס לשער.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כולם לוחצים 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כַּדּוּרֶגֶל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מִשְׂחָק עִם כַּדּוּר וְרַגְלַיִים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שַׁעַר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מַרְגִּישׁ טוֹב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הַמָּקוֹם שֶׁאֵלָיו מַכְנִיסִים אֶת הַכַּדּוּר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גּוֹל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חֵלֶק בַּגּוּף שֶׁלָּנוּ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יָד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כְּשֶׁהַכַּדּוּר נִכְנָס לַשַּׁעַר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אירועי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גּוֹל! אֵיתָן שָׂמֵחַ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נוֹגָה אוֹהֶבֶת כַּדּוּרֶגֶל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הִיא בּוֹעֶטֶת בַּכַּדּוּר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כֻּלָּם לוֹחֲצִים יָד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הַכַּדּוּר נִכְנָס לַשַּׁעַר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קצר: מה אתם אוהבים לעשות כשאתם משחקים כדורגל?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נוגה אוהבת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כשהכדור נכנס לשער?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איתן מרגיש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חסר -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